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22F" w:rsidRPr="000477F8" w:rsidRDefault="005D522F">
      <w:pPr>
        <w:rPr>
          <w:b/>
          <w:sz w:val="28"/>
          <w:szCs w:val="28"/>
          <w:lang w:val="pl-PL"/>
        </w:rPr>
      </w:pPr>
      <w:proofErr w:type="spellStart"/>
      <w:r w:rsidRPr="000477F8">
        <w:rPr>
          <w:b/>
          <w:sz w:val="28"/>
          <w:szCs w:val="28"/>
          <w:lang w:val="pl-PL"/>
        </w:rPr>
        <w:t>eTwinning</w:t>
      </w:r>
      <w:proofErr w:type="spellEnd"/>
      <w:r w:rsidRPr="000477F8">
        <w:rPr>
          <w:b/>
          <w:sz w:val="28"/>
          <w:szCs w:val="28"/>
          <w:lang w:val="pl-PL"/>
        </w:rPr>
        <w:t xml:space="preserve"> w naszej szkole</w:t>
      </w:r>
    </w:p>
    <w:p w:rsidR="007609AE" w:rsidRPr="000477F8" w:rsidRDefault="005D522F" w:rsidP="000477F8">
      <w:pPr>
        <w:jc w:val="both"/>
        <w:rPr>
          <w:sz w:val="24"/>
          <w:szCs w:val="24"/>
          <w:lang w:val="pl-PL"/>
        </w:rPr>
      </w:pPr>
      <w:r w:rsidRPr="000477F8">
        <w:rPr>
          <w:sz w:val="24"/>
          <w:szCs w:val="24"/>
          <w:lang w:val="pl-PL"/>
        </w:rPr>
        <w:t xml:space="preserve"> Uczniowie klas 5c, 5d, </w:t>
      </w:r>
      <w:r w:rsidR="00923C9D">
        <w:rPr>
          <w:sz w:val="24"/>
          <w:szCs w:val="24"/>
          <w:lang w:val="pl-PL"/>
        </w:rPr>
        <w:t>4a i 4d</w:t>
      </w:r>
      <w:r w:rsidR="007609AE" w:rsidRPr="000477F8">
        <w:rPr>
          <w:sz w:val="24"/>
          <w:szCs w:val="24"/>
          <w:lang w:val="pl-PL"/>
        </w:rPr>
        <w:t xml:space="preserve">  biorą </w:t>
      </w:r>
      <w:r w:rsidR="00655742" w:rsidRPr="000477F8">
        <w:rPr>
          <w:sz w:val="24"/>
          <w:szCs w:val="24"/>
          <w:lang w:val="pl-PL"/>
        </w:rPr>
        <w:t xml:space="preserve">udział w międzynarodowym projekcie edukacyjnym </w:t>
      </w:r>
      <w:proofErr w:type="spellStart"/>
      <w:r w:rsidR="00655742" w:rsidRPr="000477F8">
        <w:rPr>
          <w:sz w:val="24"/>
          <w:szCs w:val="24"/>
          <w:lang w:val="pl-PL"/>
        </w:rPr>
        <w:t>eTwinning</w:t>
      </w:r>
      <w:proofErr w:type="spellEnd"/>
      <w:r w:rsidR="00655742" w:rsidRPr="000477F8">
        <w:rPr>
          <w:sz w:val="24"/>
          <w:szCs w:val="24"/>
          <w:lang w:val="pl-PL"/>
        </w:rPr>
        <w:t>, realizowanym we wspó</w:t>
      </w:r>
      <w:r w:rsidR="00D36AAC" w:rsidRPr="000477F8">
        <w:rPr>
          <w:sz w:val="24"/>
          <w:szCs w:val="24"/>
          <w:lang w:val="pl-PL"/>
        </w:rPr>
        <w:t>łpra</w:t>
      </w:r>
      <w:r w:rsidR="000477F8">
        <w:rPr>
          <w:sz w:val="24"/>
          <w:szCs w:val="24"/>
          <w:lang w:val="pl-PL"/>
        </w:rPr>
        <w:t>cy ze szkołami z Włoch</w:t>
      </w:r>
      <w:r w:rsidR="00D36AAC" w:rsidRPr="000477F8">
        <w:rPr>
          <w:sz w:val="24"/>
          <w:szCs w:val="24"/>
          <w:lang w:val="pl-PL"/>
        </w:rPr>
        <w:t>, Węgier i Portugalii.</w:t>
      </w:r>
      <w:r w:rsidR="009A1461" w:rsidRPr="000477F8">
        <w:rPr>
          <w:sz w:val="24"/>
          <w:szCs w:val="24"/>
          <w:lang w:val="pl-PL"/>
        </w:rPr>
        <w:t xml:space="preserve"> </w:t>
      </w:r>
    </w:p>
    <w:p w:rsidR="004807C7" w:rsidRPr="000477F8" w:rsidRDefault="00655742" w:rsidP="000477F8">
      <w:pPr>
        <w:jc w:val="both"/>
        <w:rPr>
          <w:sz w:val="24"/>
          <w:szCs w:val="24"/>
          <w:lang w:val="pl-PL"/>
        </w:rPr>
      </w:pPr>
      <w:r w:rsidRPr="000477F8">
        <w:rPr>
          <w:sz w:val="24"/>
          <w:szCs w:val="24"/>
          <w:lang w:val="pl-PL"/>
        </w:rPr>
        <w:t xml:space="preserve">Projekt skierowany jest do uczniów w tym samym wieku i ma na celu rozwijanie kompetencji językowych, cyfrowych oraz społecznych poprzez współdziałanie </w:t>
      </w:r>
      <w:r w:rsidR="000477F8">
        <w:rPr>
          <w:sz w:val="24"/>
          <w:szCs w:val="24"/>
          <w:lang w:val="pl-PL"/>
        </w:rPr>
        <w:br/>
      </w:r>
      <w:r w:rsidRPr="000477F8">
        <w:rPr>
          <w:sz w:val="24"/>
          <w:szCs w:val="24"/>
          <w:lang w:val="pl-PL"/>
        </w:rPr>
        <w:t>w środowisku międzynarodowym.</w:t>
      </w:r>
    </w:p>
    <w:p w:rsidR="004807C7" w:rsidRPr="000477F8" w:rsidRDefault="00655742" w:rsidP="000477F8">
      <w:pPr>
        <w:jc w:val="both"/>
        <w:rPr>
          <w:sz w:val="24"/>
          <w:szCs w:val="24"/>
          <w:lang w:val="pl-PL"/>
        </w:rPr>
      </w:pPr>
      <w:r w:rsidRPr="000477F8">
        <w:rPr>
          <w:sz w:val="24"/>
          <w:szCs w:val="24"/>
          <w:lang w:val="pl-PL"/>
        </w:rPr>
        <w:t xml:space="preserve">Projekt nosi tytuł </w:t>
      </w:r>
      <w:r w:rsidRPr="000477F8">
        <w:rPr>
          <w:b/>
          <w:sz w:val="24"/>
          <w:szCs w:val="24"/>
          <w:lang w:val="pl-PL"/>
        </w:rPr>
        <w:t>„</w:t>
      </w:r>
      <w:proofErr w:type="spellStart"/>
      <w:r w:rsidRPr="000477F8">
        <w:rPr>
          <w:b/>
          <w:sz w:val="24"/>
          <w:szCs w:val="24"/>
          <w:lang w:val="pl-PL"/>
        </w:rPr>
        <w:t>Eat</w:t>
      </w:r>
      <w:proofErr w:type="spellEnd"/>
      <w:r w:rsidRPr="000477F8">
        <w:rPr>
          <w:b/>
          <w:sz w:val="24"/>
          <w:szCs w:val="24"/>
          <w:lang w:val="pl-PL"/>
        </w:rPr>
        <w:t xml:space="preserve"> </w:t>
      </w:r>
      <w:r w:rsidR="007609AE" w:rsidRPr="000477F8">
        <w:rPr>
          <w:b/>
          <w:sz w:val="24"/>
          <w:szCs w:val="24"/>
          <w:lang w:val="pl-PL"/>
        </w:rPr>
        <w:t xml:space="preserve">Smart, </w:t>
      </w:r>
      <w:proofErr w:type="spellStart"/>
      <w:r w:rsidR="007609AE" w:rsidRPr="000477F8">
        <w:rPr>
          <w:b/>
          <w:sz w:val="24"/>
          <w:szCs w:val="24"/>
          <w:lang w:val="pl-PL"/>
        </w:rPr>
        <w:t>Save</w:t>
      </w:r>
      <w:proofErr w:type="spellEnd"/>
      <w:r w:rsidR="007609AE" w:rsidRPr="000477F8">
        <w:rPr>
          <w:b/>
          <w:sz w:val="24"/>
          <w:szCs w:val="24"/>
          <w:lang w:val="pl-PL"/>
        </w:rPr>
        <w:t xml:space="preserve"> </w:t>
      </w:r>
      <w:proofErr w:type="spellStart"/>
      <w:r w:rsidR="007609AE" w:rsidRPr="000477F8">
        <w:rPr>
          <w:b/>
          <w:sz w:val="24"/>
          <w:szCs w:val="24"/>
          <w:lang w:val="pl-PL"/>
        </w:rPr>
        <w:t>the</w:t>
      </w:r>
      <w:proofErr w:type="spellEnd"/>
      <w:r w:rsidR="007609AE" w:rsidRPr="000477F8">
        <w:rPr>
          <w:b/>
          <w:sz w:val="24"/>
          <w:szCs w:val="24"/>
          <w:lang w:val="pl-PL"/>
        </w:rPr>
        <w:t xml:space="preserve"> Planet”</w:t>
      </w:r>
      <w:r w:rsidR="007609AE" w:rsidRPr="000477F8">
        <w:rPr>
          <w:sz w:val="24"/>
          <w:szCs w:val="24"/>
          <w:lang w:val="pl-PL"/>
        </w:rPr>
        <w:t xml:space="preserve"> i jest </w:t>
      </w:r>
      <w:r w:rsidRPr="000477F8">
        <w:rPr>
          <w:sz w:val="24"/>
          <w:szCs w:val="24"/>
          <w:lang w:val="pl-PL"/>
        </w:rPr>
        <w:t xml:space="preserve"> </w:t>
      </w:r>
      <w:r w:rsidR="007609AE" w:rsidRPr="000477F8">
        <w:rPr>
          <w:sz w:val="24"/>
          <w:szCs w:val="24"/>
          <w:lang w:val="pl-PL"/>
        </w:rPr>
        <w:t xml:space="preserve">realizowany </w:t>
      </w:r>
      <w:r w:rsidRPr="000477F8">
        <w:rPr>
          <w:sz w:val="24"/>
          <w:szCs w:val="24"/>
          <w:lang w:val="pl-PL"/>
        </w:rPr>
        <w:t xml:space="preserve"> w ramach zajęć szkoln</w:t>
      </w:r>
      <w:r w:rsidR="007609AE" w:rsidRPr="000477F8">
        <w:rPr>
          <w:sz w:val="24"/>
          <w:szCs w:val="24"/>
          <w:lang w:val="pl-PL"/>
        </w:rPr>
        <w:t xml:space="preserve">ych od </w:t>
      </w:r>
      <w:r w:rsidR="00F11B17" w:rsidRPr="000477F8">
        <w:rPr>
          <w:sz w:val="24"/>
          <w:szCs w:val="24"/>
          <w:lang w:val="pl-PL"/>
        </w:rPr>
        <w:t>listopada 2025 do czerwca 2026.</w:t>
      </w:r>
    </w:p>
    <w:p w:rsidR="00F11B17" w:rsidRPr="000477F8" w:rsidRDefault="000477F8">
      <w:pPr>
        <w:rPr>
          <w:sz w:val="24"/>
          <w:szCs w:val="24"/>
          <w:lang w:val="pl-PL"/>
        </w:rPr>
      </w:pPr>
      <w:r>
        <w:rPr>
          <w:sz w:val="24"/>
          <w:szCs w:val="24"/>
          <w:lang w:val="pl-PL"/>
        </w:rPr>
        <w:t>Projekt koordynują</w:t>
      </w:r>
      <w:r w:rsidR="00F11B17" w:rsidRPr="000477F8">
        <w:rPr>
          <w:sz w:val="24"/>
          <w:szCs w:val="24"/>
          <w:lang w:val="pl-PL"/>
        </w:rPr>
        <w:t>:</w:t>
      </w:r>
    </w:p>
    <w:p w:rsidR="00F11B17" w:rsidRPr="000477F8" w:rsidRDefault="00F11B17">
      <w:pPr>
        <w:rPr>
          <w:sz w:val="24"/>
          <w:szCs w:val="24"/>
          <w:lang w:val="pl-PL"/>
        </w:rPr>
      </w:pPr>
      <w:r w:rsidRPr="000477F8">
        <w:rPr>
          <w:sz w:val="24"/>
          <w:szCs w:val="24"/>
          <w:lang w:val="pl-PL"/>
        </w:rPr>
        <w:t xml:space="preserve">Katarzyna </w:t>
      </w:r>
      <w:proofErr w:type="spellStart"/>
      <w:r w:rsidRPr="000477F8">
        <w:rPr>
          <w:sz w:val="24"/>
          <w:szCs w:val="24"/>
          <w:lang w:val="pl-PL"/>
        </w:rPr>
        <w:t>Łojczuk</w:t>
      </w:r>
      <w:proofErr w:type="spellEnd"/>
    </w:p>
    <w:p w:rsidR="00F11B17" w:rsidRPr="000477F8" w:rsidRDefault="00F11B17">
      <w:pPr>
        <w:rPr>
          <w:sz w:val="24"/>
          <w:szCs w:val="24"/>
          <w:lang w:val="pl-PL"/>
        </w:rPr>
      </w:pPr>
      <w:r w:rsidRPr="000477F8">
        <w:rPr>
          <w:sz w:val="24"/>
          <w:szCs w:val="24"/>
          <w:lang w:val="pl-PL"/>
        </w:rPr>
        <w:t>Agata Grabowska</w:t>
      </w:r>
    </w:p>
    <w:p w:rsidR="00F11B17" w:rsidRPr="000477F8" w:rsidRDefault="00F11B17">
      <w:pPr>
        <w:rPr>
          <w:sz w:val="24"/>
          <w:szCs w:val="24"/>
          <w:lang w:val="pl-PL"/>
        </w:rPr>
      </w:pPr>
      <w:r w:rsidRPr="000477F8">
        <w:rPr>
          <w:sz w:val="24"/>
          <w:szCs w:val="24"/>
          <w:lang w:val="pl-PL"/>
        </w:rPr>
        <w:t>Ewelina Pawlikowska</w:t>
      </w:r>
    </w:p>
    <w:p w:rsidR="00F11B17" w:rsidRPr="000477F8" w:rsidRDefault="00F11B17">
      <w:pPr>
        <w:rPr>
          <w:sz w:val="24"/>
          <w:szCs w:val="24"/>
          <w:lang w:val="pl-PL"/>
        </w:rPr>
      </w:pPr>
      <w:r w:rsidRPr="000477F8">
        <w:rPr>
          <w:sz w:val="24"/>
          <w:szCs w:val="24"/>
          <w:lang w:val="pl-PL"/>
        </w:rPr>
        <w:t>Joanna Kulczyńska</w:t>
      </w:r>
    </w:p>
    <w:p w:rsidR="004807C7" w:rsidRPr="000477F8" w:rsidRDefault="00655742">
      <w:pPr>
        <w:rPr>
          <w:b/>
          <w:sz w:val="24"/>
          <w:szCs w:val="24"/>
          <w:lang w:val="pl-PL"/>
        </w:rPr>
      </w:pPr>
      <w:r w:rsidRPr="000477F8">
        <w:rPr>
          <w:b/>
          <w:sz w:val="24"/>
          <w:szCs w:val="24"/>
          <w:lang w:val="pl-PL"/>
        </w:rPr>
        <w:t>Opis projektu w języku angielskim:</w:t>
      </w:r>
    </w:p>
    <w:p w:rsidR="004807C7" w:rsidRPr="000477F8" w:rsidRDefault="000477F8">
      <w:pPr>
        <w:rPr>
          <w:b/>
          <w:sz w:val="24"/>
          <w:szCs w:val="24"/>
        </w:rPr>
      </w:pPr>
      <w:r w:rsidRPr="000477F8">
        <w:rPr>
          <w:b/>
          <w:sz w:val="24"/>
          <w:szCs w:val="24"/>
        </w:rPr>
        <w:t>,,</w:t>
      </w:r>
      <w:r w:rsidR="00655742" w:rsidRPr="000477F8">
        <w:rPr>
          <w:b/>
          <w:sz w:val="24"/>
          <w:szCs w:val="24"/>
        </w:rPr>
        <w:t>Eat Smart, Save the Planet</w:t>
      </w:r>
      <w:r w:rsidRPr="000477F8">
        <w:rPr>
          <w:b/>
          <w:sz w:val="24"/>
          <w:szCs w:val="24"/>
        </w:rPr>
        <w:t>’’</w:t>
      </w:r>
    </w:p>
    <w:p w:rsidR="004807C7" w:rsidRPr="000477F8" w:rsidRDefault="00655742" w:rsidP="000477F8">
      <w:pPr>
        <w:jc w:val="both"/>
        <w:rPr>
          <w:sz w:val="24"/>
          <w:szCs w:val="24"/>
        </w:rPr>
      </w:pPr>
      <w:r w:rsidRPr="000477F8">
        <w:rPr>
          <w:sz w:val="24"/>
          <w:szCs w:val="24"/>
        </w:rPr>
        <w:t>The aim of the project is to raise students’ awareness of their eating habits and their environmental impact. Students will get to know each other, present their favorite foods, complete an ecological footprint survey, and explore where their food comes from. They will keep food diaries, calculate “food miles,” and collect local and seasonal recipes. At the end of the project, students will collaboratively create an Eco Cookbook and digital maps, as well as launch a campaign to reduce food waste.</w:t>
      </w:r>
    </w:p>
    <w:p w:rsidR="004807C7" w:rsidRPr="000477F8" w:rsidRDefault="00655742">
      <w:pPr>
        <w:rPr>
          <w:b/>
          <w:sz w:val="24"/>
          <w:szCs w:val="24"/>
          <w:lang w:val="pl-PL"/>
        </w:rPr>
      </w:pPr>
      <w:r w:rsidRPr="000477F8">
        <w:rPr>
          <w:b/>
          <w:sz w:val="24"/>
          <w:szCs w:val="24"/>
          <w:lang w:val="pl-PL"/>
        </w:rPr>
        <w:t>Tłumaczenie na język polski:</w:t>
      </w:r>
    </w:p>
    <w:p w:rsidR="004807C7" w:rsidRPr="000477F8" w:rsidRDefault="000477F8">
      <w:pPr>
        <w:rPr>
          <w:b/>
          <w:sz w:val="24"/>
          <w:szCs w:val="24"/>
          <w:lang w:val="pl-PL"/>
        </w:rPr>
      </w:pPr>
      <w:r w:rsidRPr="000477F8">
        <w:rPr>
          <w:b/>
          <w:sz w:val="24"/>
          <w:szCs w:val="24"/>
          <w:lang w:val="pl-PL"/>
        </w:rPr>
        <w:t>,,</w:t>
      </w:r>
      <w:r w:rsidR="00655742" w:rsidRPr="000477F8">
        <w:rPr>
          <w:b/>
          <w:sz w:val="24"/>
          <w:szCs w:val="24"/>
          <w:lang w:val="pl-PL"/>
        </w:rPr>
        <w:t>Jedz mądrze, uratuj planetę</w:t>
      </w:r>
      <w:r w:rsidRPr="000477F8">
        <w:rPr>
          <w:b/>
          <w:sz w:val="24"/>
          <w:szCs w:val="24"/>
          <w:lang w:val="pl-PL"/>
        </w:rPr>
        <w:t>’’</w:t>
      </w:r>
    </w:p>
    <w:p w:rsidR="004807C7" w:rsidRPr="000477F8" w:rsidRDefault="00655742" w:rsidP="000477F8">
      <w:pPr>
        <w:jc w:val="both"/>
        <w:rPr>
          <w:sz w:val="24"/>
          <w:szCs w:val="24"/>
          <w:lang w:val="pl-PL"/>
        </w:rPr>
      </w:pPr>
      <w:r w:rsidRPr="000477F8">
        <w:rPr>
          <w:sz w:val="24"/>
          <w:szCs w:val="24"/>
          <w:lang w:val="pl-PL"/>
        </w:rPr>
        <w:t xml:space="preserve">Celem projektu jest podniesienie świadomości uczniów dotyczącej ich nawyków żywieniowych oraz wpływu sposobu odżywiania na środowisko naturalne. </w:t>
      </w:r>
      <w:r w:rsidR="000477F8">
        <w:rPr>
          <w:sz w:val="24"/>
          <w:szCs w:val="24"/>
          <w:lang w:val="pl-PL"/>
        </w:rPr>
        <w:br/>
      </w:r>
      <w:r w:rsidRPr="000477F8">
        <w:rPr>
          <w:sz w:val="24"/>
          <w:szCs w:val="24"/>
          <w:lang w:val="pl-PL"/>
        </w:rPr>
        <w:t>W ramach działań projektowych uczniowie będą poznawać rówieśników ze szkół zagranicznych, prezentować swoje ulubione potrawy, wypełniać ankietę dotyczącą śladu ekologicznego oraz analizować pochodzenie spożywanych produktów. Uczniowie będą prowadzić dzienniczki żywieniowe, obliczać tzw. „</w:t>
      </w:r>
      <w:proofErr w:type="spellStart"/>
      <w:r w:rsidRPr="000477F8">
        <w:rPr>
          <w:sz w:val="24"/>
          <w:szCs w:val="24"/>
          <w:lang w:val="pl-PL"/>
        </w:rPr>
        <w:t>food</w:t>
      </w:r>
      <w:proofErr w:type="spellEnd"/>
      <w:r w:rsidRPr="000477F8">
        <w:rPr>
          <w:sz w:val="24"/>
          <w:szCs w:val="24"/>
          <w:lang w:val="pl-PL"/>
        </w:rPr>
        <w:t xml:space="preserve"> </w:t>
      </w:r>
      <w:proofErr w:type="spellStart"/>
      <w:r w:rsidRPr="000477F8">
        <w:rPr>
          <w:sz w:val="24"/>
          <w:szCs w:val="24"/>
          <w:lang w:val="pl-PL"/>
        </w:rPr>
        <w:t>miles</w:t>
      </w:r>
      <w:proofErr w:type="spellEnd"/>
      <w:r w:rsidRPr="000477F8">
        <w:rPr>
          <w:sz w:val="24"/>
          <w:szCs w:val="24"/>
          <w:lang w:val="pl-PL"/>
        </w:rPr>
        <w:t>”, a także gromadzić lokalne i sezonowe przepisy kulinarne.</w:t>
      </w:r>
    </w:p>
    <w:p w:rsidR="004807C7" w:rsidRPr="005D522F" w:rsidRDefault="004807C7">
      <w:pPr>
        <w:rPr>
          <w:lang w:val="pl-PL"/>
        </w:rPr>
      </w:pPr>
    </w:p>
    <w:p w:rsidR="004807C7" w:rsidRPr="000477F8" w:rsidRDefault="00655742" w:rsidP="000477F8">
      <w:pPr>
        <w:jc w:val="both"/>
        <w:rPr>
          <w:sz w:val="24"/>
          <w:szCs w:val="24"/>
          <w:lang w:val="pl-PL"/>
        </w:rPr>
      </w:pPr>
      <w:r w:rsidRPr="000477F8">
        <w:rPr>
          <w:sz w:val="24"/>
          <w:szCs w:val="24"/>
          <w:lang w:val="pl-PL"/>
        </w:rPr>
        <w:t>Efektem końcowym projektu będzie wspólne opracowanie Eko-Książki Kucharskiej, przygotowanie cyfrowych map oraz przeprowadzenie kampanii na rzecz ograniczenia marnowania żywności.</w:t>
      </w:r>
    </w:p>
    <w:p w:rsidR="004807C7" w:rsidRPr="000477F8" w:rsidRDefault="004807C7">
      <w:pPr>
        <w:rPr>
          <w:sz w:val="24"/>
          <w:szCs w:val="24"/>
          <w:lang w:val="pl-PL"/>
        </w:rPr>
      </w:pPr>
    </w:p>
    <w:p w:rsidR="004807C7" w:rsidRPr="000477F8" w:rsidRDefault="00F11B17">
      <w:pPr>
        <w:rPr>
          <w:b/>
          <w:sz w:val="24"/>
          <w:szCs w:val="24"/>
          <w:lang w:val="pl-PL"/>
        </w:rPr>
      </w:pPr>
      <w:r w:rsidRPr="000477F8">
        <w:rPr>
          <w:b/>
          <w:sz w:val="24"/>
          <w:szCs w:val="24"/>
          <w:lang w:val="pl-PL"/>
        </w:rPr>
        <w:t>Dotychczasowe działania.</w:t>
      </w:r>
    </w:p>
    <w:p w:rsidR="00F11B17" w:rsidRDefault="00F11B17" w:rsidP="00F11B17">
      <w:pPr>
        <w:pStyle w:val="Akapitzlist"/>
        <w:numPr>
          <w:ilvl w:val="0"/>
          <w:numId w:val="10"/>
        </w:numPr>
        <w:rPr>
          <w:b/>
          <w:sz w:val="24"/>
          <w:szCs w:val="24"/>
          <w:lang w:val="pl-PL"/>
        </w:rPr>
      </w:pPr>
      <w:r w:rsidRPr="000477F8">
        <w:rPr>
          <w:b/>
          <w:sz w:val="24"/>
          <w:szCs w:val="24"/>
          <w:lang w:val="pl-PL"/>
        </w:rPr>
        <w:t>Poznajmy się.</w:t>
      </w:r>
    </w:p>
    <w:p w:rsidR="000477F8" w:rsidRPr="000477F8" w:rsidRDefault="000477F8" w:rsidP="000477F8">
      <w:pPr>
        <w:pStyle w:val="Akapitzlist"/>
        <w:rPr>
          <w:b/>
          <w:sz w:val="24"/>
          <w:szCs w:val="24"/>
          <w:lang w:val="pl-PL"/>
        </w:rPr>
      </w:pPr>
    </w:p>
    <w:p w:rsidR="00F11B17" w:rsidRPr="000477F8" w:rsidRDefault="00F11B17" w:rsidP="00F11B17">
      <w:pPr>
        <w:pStyle w:val="Akapitzlist"/>
        <w:rPr>
          <w:sz w:val="24"/>
          <w:szCs w:val="24"/>
          <w:lang w:val="pl-PL"/>
        </w:rPr>
      </w:pPr>
      <w:r w:rsidRPr="000477F8">
        <w:rPr>
          <w:sz w:val="24"/>
          <w:szCs w:val="24"/>
          <w:lang w:val="pl-PL"/>
        </w:rPr>
        <w:t>Uczniowie zbadali swój ślad węglowy wypełniając ankietę.</w:t>
      </w:r>
    </w:p>
    <w:p w:rsidR="00F11B17" w:rsidRDefault="00F11B17" w:rsidP="00F11B17">
      <w:pPr>
        <w:pStyle w:val="Akapitzlist"/>
        <w:rPr>
          <w:sz w:val="24"/>
          <w:szCs w:val="24"/>
          <w:lang w:val="pl-PL"/>
        </w:rPr>
      </w:pPr>
      <w:r w:rsidRPr="000477F8">
        <w:rPr>
          <w:sz w:val="24"/>
          <w:szCs w:val="24"/>
          <w:lang w:val="pl-PL"/>
        </w:rPr>
        <w:t xml:space="preserve">Stworzyli prezentacje o sobie, swoich upodobaniach kulinarnych i umieścili je na </w:t>
      </w:r>
      <w:proofErr w:type="spellStart"/>
      <w:r w:rsidRPr="000477F8">
        <w:rPr>
          <w:sz w:val="24"/>
          <w:szCs w:val="24"/>
          <w:lang w:val="pl-PL"/>
        </w:rPr>
        <w:t>padlecie</w:t>
      </w:r>
      <w:proofErr w:type="spellEnd"/>
      <w:r w:rsidRPr="000477F8">
        <w:rPr>
          <w:sz w:val="24"/>
          <w:szCs w:val="24"/>
          <w:lang w:val="pl-PL"/>
        </w:rPr>
        <w:t>.</w:t>
      </w:r>
    </w:p>
    <w:p w:rsidR="000477F8" w:rsidRDefault="000477F8" w:rsidP="00F11B17">
      <w:pPr>
        <w:pStyle w:val="Akapitzlist"/>
        <w:rPr>
          <w:sz w:val="24"/>
          <w:szCs w:val="24"/>
          <w:lang w:val="pl-PL"/>
        </w:rPr>
      </w:pPr>
    </w:p>
    <w:p w:rsidR="000477F8" w:rsidRDefault="000477F8" w:rsidP="00F11B17">
      <w:pPr>
        <w:pStyle w:val="Akapitzlist"/>
        <w:rPr>
          <w:sz w:val="24"/>
          <w:szCs w:val="24"/>
          <w:lang w:val="pl-PL"/>
        </w:rPr>
      </w:pPr>
    </w:p>
    <w:p w:rsidR="000477F8" w:rsidRDefault="000477F8" w:rsidP="00F11B17">
      <w:pPr>
        <w:pStyle w:val="Akapitzlist"/>
        <w:rPr>
          <w:sz w:val="24"/>
          <w:szCs w:val="24"/>
          <w:lang w:val="pl-PL"/>
        </w:rPr>
      </w:pPr>
    </w:p>
    <w:p w:rsidR="000477F8" w:rsidRDefault="000477F8" w:rsidP="00F11B17">
      <w:pPr>
        <w:pStyle w:val="Akapitzlist"/>
        <w:rPr>
          <w:sz w:val="24"/>
          <w:szCs w:val="24"/>
          <w:lang w:val="pl-PL"/>
        </w:rPr>
      </w:pPr>
    </w:p>
    <w:p w:rsidR="000477F8" w:rsidRPr="000477F8" w:rsidRDefault="000477F8" w:rsidP="00F11B17">
      <w:pPr>
        <w:pStyle w:val="Akapitzlist"/>
        <w:rPr>
          <w:sz w:val="24"/>
          <w:szCs w:val="24"/>
          <w:lang w:val="pl-PL"/>
        </w:rPr>
      </w:pPr>
    </w:p>
    <w:p w:rsidR="00F11B17" w:rsidRDefault="00F11B17" w:rsidP="00F11B17">
      <w:pPr>
        <w:pStyle w:val="Akapitzlist"/>
        <w:rPr>
          <w:lang w:val="pl-PL"/>
        </w:rPr>
      </w:pPr>
      <w:r w:rsidRPr="00F11B17">
        <w:rPr>
          <w:noProof/>
          <w:lang w:val="pl-PL" w:eastAsia="pl-PL"/>
        </w:rPr>
        <w:drawing>
          <wp:inline distT="0" distB="0" distL="0" distR="0">
            <wp:extent cx="5486400" cy="303022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3030220"/>
                    </a:xfrm>
                    <a:prstGeom prst="rect">
                      <a:avLst/>
                    </a:prstGeom>
                    <a:noFill/>
                    <a:ln w="9525">
                      <a:noFill/>
                      <a:miter lim="800000"/>
                      <a:headEnd/>
                      <a:tailEnd/>
                    </a:ln>
                  </pic:spPr>
                </pic:pic>
              </a:graphicData>
            </a:graphic>
          </wp:inline>
        </w:drawing>
      </w:r>
    </w:p>
    <w:p w:rsidR="009A1461" w:rsidRDefault="00BC5327" w:rsidP="00F11B17">
      <w:pPr>
        <w:pStyle w:val="Akapitzlist"/>
        <w:rPr>
          <w:lang w:val="pl-PL"/>
        </w:rPr>
      </w:pPr>
      <w:r>
        <w:rPr>
          <w:lang w:val="pl-PL"/>
        </w:rPr>
        <w:t xml:space="preserve">  Prezentacje uczniów z naszej szkoły i ze szkół partnerskich.</w:t>
      </w:r>
    </w:p>
    <w:p w:rsidR="009A1461" w:rsidRDefault="009A1461" w:rsidP="00F11B17">
      <w:pPr>
        <w:pStyle w:val="Akapitzlist"/>
        <w:rPr>
          <w:lang w:val="pl-PL"/>
        </w:rPr>
      </w:pPr>
      <w:r w:rsidRPr="009A1461">
        <w:rPr>
          <w:noProof/>
          <w:lang w:val="pl-PL" w:eastAsia="pl-PL"/>
        </w:rPr>
        <w:lastRenderedPageBreak/>
        <w:drawing>
          <wp:inline distT="0" distB="0" distL="0" distR="0">
            <wp:extent cx="5486400" cy="3085719"/>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3085719"/>
                    </a:xfrm>
                    <a:prstGeom prst="rect">
                      <a:avLst/>
                    </a:prstGeom>
                    <a:noFill/>
                    <a:ln w="9525">
                      <a:noFill/>
                      <a:miter lim="800000"/>
                      <a:headEnd/>
                      <a:tailEnd/>
                    </a:ln>
                  </pic:spPr>
                </pic:pic>
              </a:graphicData>
            </a:graphic>
          </wp:inline>
        </w:drawing>
      </w:r>
    </w:p>
    <w:p w:rsidR="009A1461" w:rsidRDefault="00BC5327" w:rsidP="00F11B17">
      <w:pPr>
        <w:pStyle w:val="Akapitzlist"/>
        <w:rPr>
          <w:lang w:val="pl-PL"/>
        </w:rPr>
      </w:pPr>
      <w:r>
        <w:rPr>
          <w:lang w:val="pl-PL"/>
        </w:rPr>
        <w:t>Prezentacje uczniów z naszej szkoły i ze szkół partnerskich.</w:t>
      </w:r>
    </w:p>
    <w:p w:rsidR="009A1461" w:rsidRDefault="009A1461" w:rsidP="00F11B17">
      <w:pPr>
        <w:pStyle w:val="Akapitzlist"/>
        <w:rPr>
          <w:lang w:val="pl-PL"/>
        </w:rPr>
      </w:pPr>
    </w:p>
    <w:p w:rsidR="009A1461" w:rsidRDefault="009A1461" w:rsidP="00F11B17">
      <w:pPr>
        <w:pStyle w:val="Akapitzlist"/>
        <w:rPr>
          <w:lang w:val="pl-PL"/>
        </w:rPr>
      </w:pPr>
    </w:p>
    <w:p w:rsidR="009A1461" w:rsidRDefault="009A1461" w:rsidP="00F11B17">
      <w:pPr>
        <w:pStyle w:val="Akapitzlist"/>
        <w:rPr>
          <w:lang w:val="pl-PL"/>
        </w:rPr>
      </w:pPr>
    </w:p>
    <w:p w:rsidR="009A1461" w:rsidRPr="000477F8" w:rsidRDefault="009A1461" w:rsidP="00F11B17">
      <w:pPr>
        <w:pStyle w:val="Akapitzlist"/>
        <w:rPr>
          <w:b/>
          <w:sz w:val="24"/>
          <w:szCs w:val="24"/>
          <w:lang w:val="pl-PL"/>
        </w:rPr>
      </w:pPr>
      <w:r w:rsidRPr="000477F8">
        <w:rPr>
          <w:b/>
          <w:sz w:val="24"/>
          <w:szCs w:val="24"/>
          <w:lang w:val="pl-PL"/>
        </w:rPr>
        <w:t xml:space="preserve">2.Projekt  pt. </w:t>
      </w:r>
      <w:r w:rsidR="000477F8" w:rsidRPr="000477F8">
        <w:rPr>
          <w:b/>
          <w:sz w:val="24"/>
          <w:szCs w:val="24"/>
          <w:lang w:val="pl-PL"/>
        </w:rPr>
        <w:t>Dziennik żywieniowy</w:t>
      </w:r>
      <w:r w:rsidRPr="000477F8">
        <w:rPr>
          <w:b/>
          <w:sz w:val="24"/>
          <w:szCs w:val="24"/>
          <w:lang w:val="pl-PL"/>
        </w:rPr>
        <w:t>.</w:t>
      </w:r>
    </w:p>
    <w:p w:rsidR="000477F8" w:rsidRPr="000477F8" w:rsidRDefault="000477F8" w:rsidP="00F11B17">
      <w:pPr>
        <w:pStyle w:val="Akapitzlist"/>
        <w:rPr>
          <w:b/>
          <w:sz w:val="24"/>
          <w:szCs w:val="24"/>
          <w:lang w:val="pl-PL"/>
        </w:rPr>
      </w:pPr>
    </w:p>
    <w:p w:rsidR="009A1461" w:rsidRPr="000477F8" w:rsidRDefault="009A1461" w:rsidP="000477F8">
      <w:pPr>
        <w:pStyle w:val="Akapitzlist"/>
        <w:jc w:val="both"/>
        <w:rPr>
          <w:sz w:val="24"/>
          <w:szCs w:val="24"/>
          <w:lang w:val="pl-PL"/>
        </w:rPr>
      </w:pPr>
      <w:r w:rsidRPr="000477F8">
        <w:rPr>
          <w:sz w:val="24"/>
          <w:szCs w:val="24"/>
          <w:lang w:val="pl-PL"/>
        </w:rPr>
        <w:t>Ucznio</w:t>
      </w:r>
      <w:r w:rsidR="000477F8">
        <w:rPr>
          <w:sz w:val="24"/>
          <w:szCs w:val="24"/>
          <w:lang w:val="pl-PL"/>
        </w:rPr>
        <w:t xml:space="preserve">wie prowadzili dziennik żywieniowy </w:t>
      </w:r>
      <w:r w:rsidRPr="000477F8">
        <w:rPr>
          <w:sz w:val="24"/>
          <w:szCs w:val="24"/>
          <w:lang w:val="pl-PL"/>
        </w:rPr>
        <w:t xml:space="preserve"> przez kilka dni.</w:t>
      </w:r>
    </w:p>
    <w:p w:rsidR="009A1461" w:rsidRPr="000477F8" w:rsidRDefault="009A1461" w:rsidP="000477F8">
      <w:pPr>
        <w:pStyle w:val="Akapitzlist"/>
        <w:jc w:val="both"/>
        <w:rPr>
          <w:sz w:val="24"/>
          <w:szCs w:val="24"/>
          <w:lang w:val="pl-PL"/>
        </w:rPr>
      </w:pPr>
      <w:r w:rsidRPr="000477F8">
        <w:rPr>
          <w:sz w:val="24"/>
          <w:szCs w:val="24"/>
          <w:lang w:val="pl-PL"/>
        </w:rPr>
        <w:t xml:space="preserve">Następnie wybrali składniki </w:t>
      </w:r>
      <w:r w:rsidR="000477F8" w:rsidRPr="000477F8">
        <w:rPr>
          <w:sz w:val="24"/>
          <w:szCs w:val="24"/>
          <w:lang w:val="pl-PL"/>
        </w:rPr>
        <w:t xml:space="preserve">swoich dań </w:t>
      </w:r>
      <w:r w:rsidRPr="000477F8">
        <w:rPr>
          <w:sz w:val="24"/>
          <w:szCs w:val="24"/>
          <w:lang w:val="pl-PL"/>
        </w:rPr>
        <w:t>sprawdzając pochodzenie</w:t>
      </w:r>
      <w:r w:rsidR="000477F8">
        <w:rPr>
          <w:sz w:val="24"/>
          <w:szCs w:val="24"/>
          <w:lang w:val="pl-PL"/>
        </w:rPr>
        <w:br/>
      </w:r>
      <w:r w:rsidRPr="000477F8">
        <w:rPr>
          <w:sz w:val="24"/>
          <w:szCs w:val="24"/>
          <w:lang w:val="pl-PL"/>
        </w:rPr>
        <w:t xml:space="preserve"> i obliczając, jaką drogę przebyły, żeby znaleźć się w sklepie, na bazarku</w:t>
      </w:r>
      <w:r w:rsidR="000477F8">
        <w:rPr>
          <w:sz w:val="24"/>
          <w:szCs w:val="24"/>
          <w:lang w:val="pl-PL"/>
        </w:rPr>
        <w:br/>
      </w:r>
      <w:r w:rsidRPr="000477F8">
        <w:rPr>
          <w:sz w:val="24"/>
          <w:szCs w:val="24"/>
          <w:lang w:val="pl-PL"/>
        </w:rPr>
        <w:t xml:space="preserve"> i w domu na stole. </w:t>
      </w:r>
    </w:p>
    <w:p w:rsidR="000477F8" w:rsidRPr="000477F8" w:rsidRDefault="000477F8" w:rsidP="000477F8">
      <w:pPr>
        <w:pStyle w:val="Akapitzlist"/>
        <w:jc w:val="both"/>
        <w:rPr>
          <w:sz w:val="24"/>
          <w:szCs w:val="24"/>
          <w:lang w:val="pl-PL"/>
        </w:rPr>
      </w:pPr>
      <w:r w:rsidRPr="000477F8">
        <w:rPr>
          <w:sz w:val="24"/>
          <w:szCs w:val="24"/>
          <w:lang w:val="pl-PL"/>
        </w:rPr>
        <w:t xml:space="preserve">Dzięki temu mogli zobaczyć, czy częściej używają produktów lokalnych czy importowanych. </w:t>
      </w:r>
    </w:p>
    <w:p w:rsidR="000477F8" w:rsidRPr="000477F8" w:rsidRDefault="000477F8" w:rsidP="000477F8">
      <w:pPr>
        <w:pStyle w:val="Akapitzlist"/>
        <w:jc w:val="both"/>
        <w:rPr>
          <w:sz w:val="24"/>
          <w:szCs w:val="24"/>
          <w:lang w:val="pl-PL"/>
        </w:rPr>
      </w:pPr>
      <w:r w:rsidRPr="000477F8">
        <w:rPr>
          <w:sz w:val="24"/>
          <w:szCs w:val="24"/>
          <w:lang w:val="pl-PL"/>
        </w:rPr>
        <w:t xml:space="preserve">Swoje wyniki umieścili na </w:t>
      </w:r>
      <w:proofErr w:type="spellStart"/>
      <w:r w:rsidRPr="000477F8">
        <w:rPr>
          <w:sz w:val="24"/>
          <w:szCs w:val="24"/>
          <w:lang w:val="pl-PL"/>
        </w:rPr>
        <w:t>padlecie</w:t>
      </w:r>
      <w:proofErr w:type="spellEnd"/>
      <w:r w:rsidRPr="000477F8">
        <w:rPr>
          <w:sz w:val="24"/>
          <w:szCs w:val="24"/>
          <w:lang w:val="pl-PL"/>
        </w:rPr>
        <w:t xml:space="preserve">. </w:t>
      </w:r>
      <w:r w:rsidR="005E006A">
        <w:rPr>
          <w:sz w:val="24"/>
          <w:szCs w:val="24"/>
          <w:lang w:val="pl-PL"/>
        </w:rPr>
        <w:t>Porównali wyniki z wynikami uczniów</w:t>
      </w:r>
      <w:r w:rsidR="005E006A">
        <w:rPr>
          <w:sz w:val="24"/>
          <w:szCs w:val="24"/>
          <w:lang w:val="pl-PL"/>
        </w:rPr>
        <w:br/>
        <w:t xml:space="preserve"> z Węgier, Włoch i Portugalii.</w:t>
      </w:r>
    </w:p>
    <w:p w:rsidR="000477F8" w:rsidRPr="000477F8" w:rsidRDefault="000477F8" w:rsidP="000477F8">
      <w:pPr>
        <w:pStyle w:val="Akapitzlist"/>
        <w:jc w:val="both"/>
        <w:rPr>
          <w:sz w:val="24"/>
          <w:szCs w:val="24"/>
          <w:lang w:val="pl-PL"/>
        </w:rPr>
      </w:pPr>
    </w:p>
    <w:p w:rsidR="000477F8" w:rsidRDefault="000477F8" w:rsidP="00F11B17">
      <w:pPr>
        <w:pStyle w:val="Akapitzlist"/>
        <w:rPr>
          <w:lang w:val="pl-PL"/>
        </w:rPr>
      </w:pPr>
      <w:r w:rsidRPr="000477F8">
        <w:rPr>
          <w:noProof/>
          <w:lang w:val="pl-PL" w:eastAsia="pl-PL"/>
        </w:rPr>
        <w:lastRenderedPageBreak/>
        <w:drawing>
          <wp:inline distT="0" distB="0" distL="0" distR="0">
            <wp:extent cx="5486400" cy="3085719"/>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86400" cy="3085719"/>
                    </a:xfrm>
                    <a:prstGeom prst="rect">
                      <a:avLst/>
                    </a:prstGeom>
                    <a:noFill/>
                    <a:ln w="9525">
                      <a:noFill/>
                      <a:miter lim="800000"/>
                      <a:headEnd/>
                      <a:tailEnd/>
                    </a:ln>
                  </pic:spPr>
                </pic:pic>
              </a:graphicData>
            </a:graphic>
          </wp:inline>
        </w:drawing>
      </w:r>
    </w:p>
    <w:p w:rsidR="000477F8" w:rsidRDefault="00BC5327" w:rsidP="00F11B17">
      <w:pPr>
        <w:pStyle w:val="Akapitzlist"/>
        <w:rPr>
          <w:lang w:val="pl-PL"/>
        </w:rPr>
      </w:pPr>
      <w:r>
        <w:rPr>
          <w:lang w:val="pl-PL"/>
        </w:rPr>
        <w:t>Dzienniki żywieniowe.</w:t>
      </w:r>
    </w:p>
    <w:p w:rsidR="000477F8" w:rsidRDefault="000477F8" w:rsidP="00F11B17">
      <w:pPr>
        <w:pStyle w:val="Akapitzlist"/>
        <w:rPr>
          <w:lang w:val="pl-PL"/>
        </w:rPr>
      </w:pPr>
      <w:r w:rsidRPr="000477F8">
        <w:rPr>
          <w:noProof/>
          <w:lang w:val="pl-PL" w:eastAsia="pl-PL"/>
        </w:rPr>
        <w:drawing>
          <wp:inline distT="0" distB="0" distL="0" distR="0">
            <wp:extent cx="5638800" cy="388620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638800" cy="3886200"/>
                    </a:xfrm>
                    <a:prstGeom prst="rect">
                      <a:avLst/>
                    </a:prstGeom>
                    <a:noFill/>
                    <a:ln w="9525">
                      <a:noFill/>
                      <a:miter lim="800000"/>
                      <a:headEnd/>
                      <a:tailEnd/>
                    </a:ln>
                  </pic:spPr>
                </pic:pic>
              </a:graphicData>
            </a:graphic>
          </wp:inline>
        </w:drawing>
      </w:r>
    </w:p>
    <w:p w:rsidR="005E006A" w:rsidRDefault="00BC5327" w:rsidP="00F11B17">
      <w:pPr>
        <w:pStyle w:val="Akapitzlist"/>
        <w:rPr>
          <w:lang w:val="pl-PL"/>
        </w:rPr>
      </w:pPr>
      <w:r>
        <w:rPr>
          <w:lang w:val="pl-PL"/>
        </w:rPr>
        <w:t>Analiza skąd pochodzą składniki i jak daleką drogę przebyły.</w:t>
      </w:r>
    </w:p>
    <w:p w:rsidR="005E006A" w:rsidRDefault="005E006A" w:rsidP="00F11B17">
      <w:pPr>
        <w:pStyle w:val="Akapitzlist"/>
        <w:rPr>
          <w:lang w:val="pl-PL"/>
        </w:rPr>
      </w:pPr>
    </w:p>
    <w:p w:rsidR="005E006A" w:rsidRPr="009A1461" w:rsidRDefault="005E006A" w:rsidP="00F11B17">
      <w:pPr>
        <w:pStyle w:val="Akapitzlist"/>
        <w:rPr>
          <w:lang w:val="pl-PL"/>
        </w:rPr>
      </w:pPr>
      <w:r>
        <w:rPr>
          <w:lang w:val="pl-PL"/>
        </w:rPr>
        <w:t>Obecnie uczniowie realizują trzecie działanie.</w:t>
      </w:r>
      <w:r w:rsidR="00BC5327">
        <w:rPr>
          <w:lang w:val="pl-PL"/>
        </w:rPr>
        <w:t xml:space="preserve"> </w:t>
      </w:r>
    </w:p>
    <w:sectPr w:rsidR="005E006A" w:rsidRPr="009A1461" w:rsidSect="0003461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abstractNum w:abstractNumId="9">
    <w:nsid w:val="72D35225"/>
    <w:multiLevelType w:val="hybridMultilevel"/>
    <w:tmpl w:val="949A7F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useFELayout/>
  </w:compat>
  <w:rsids>
    <w:rsidRoot w:val="00B47730"/>
    <w:rsid w:val="0003248E"/>
    <w:rsid w:val="00034616"/>
    <w:rsid w:val="000477F8"/>
    <w:rsid w:val="0006063C"/>
    <w:rsid w:val="00127F9C"/>
    <w:rsid w:val="0015074B"/>
    <w:rsid w:val="0029639D"/>
    <w:rsid w:val="00326F90"/>
    <w:rsid w:val="003C3F35"/>
    <w:rsid w:val="004807C7"/>
    <w:rsid w:val="005D522F"/>
    <w:rsid w:val="005E006A"/>
    <w:rsid w:val="00615EC2"/>
    <w:rsid w:val="00655742"/>
    <w:rsid w:val="007609AE"/>
    <w:rsid w:val="00923C9D"/>
    <w:rsid w:val="009A1461"/>
    <w:rsid w:val="00AA1D8D"/>
    <w:rsid w:val="00B47730"/>
    <w:rsid w:val="00B62A74"/>
    <w:rsid w:val="00BC5327"/>
    <w:rsid w:val="00CB0664"/>
    <w:rsid w:val="00D36AAC"/>
    <w:rsid w:val="00D91A33"/>
    <w:rsid w:val="00F11B17"/>
    <w:rsid w:val="00FC693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C693F"/>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kstdymka">
    <w:name w:val="Balloon Text"/>
    <w:basedOn w:val="Normalny"/>
    <w:link w:val="TekstdymkaZnak"/>
    <w:uiPriority w:val="99"/>
    <w:semiHidden/>
    <w:unhideWhenUsed/>
    <w:rsid w:val="00F11B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1B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E2560-111C-4359-A789-A6985056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402</Words>
  <Characters>2417</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Mateusz Linke</cp:lastModifiedBy>
  <cp:revision>7</cp:revision>
  <dcterms:created xsi:type="dcterms:W3CDTF">2026-04-13T10:24:00Z</dcterms:created>
  <dcterms:modified xsi:type="dcterms:W3CDTF">2026-04-23T06:13:00Z</dcterms:modified>
</cp:coreProperties>
</file>